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88C04" w14:textId="41ADDD8D" w:rsidR="00450FE8" w:rsidRDefault="008362FE">
      <w:pPr>
        <w:jc w:val="center"/>
      </w:pPr>
      <w:r>
        <w:rPr>
          <w:b/>
          <w:sz w:val="28"/>
        </w:rPr>
        <w:t xml:space="preserve">2026-2027 GÜZ DÖNEMİ DERS PROGRAMI </w:t>
      </w:r>
    </w:p>
    <w:p w14:paraId="63B05AE7" w14:textId="77777777" w:rsidR="00450FE8" w:rsidRDefault="008362FE">
      <w:pPr>
        <w:jc w:val="center"/>
      </w:pPr>
      <w:r>
        <w:rPr>
          <w:b/>
          <w:sz w:val="24"/>
        </w:rPr>
        <w:t>FİZİKİ SINIF 402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08"/>
        <w:gridCol w:w="2508"/>
        <w:gridCol w:w="2508"/>
        <w:gridCol w:w="2508"/>
        <w:gridCol w:w="2508"/>
        <w:gridCol w:w="2508"/>
      </w:tblGrid>
      <w:tr w:rsidR="00450FE8" w14:paraId="0E47B5B1" w14:textId="77777777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7F9C4E05" w14:textId="77777777" w:rsidR="00450FE8" w:rsidRDefault="008362FE">
            <w:pPr>
              <w:jc w:val="center"/>
            </w:pPr>
            <w:r>
              <w:rPr>
                <w:b/>
                <w:sz w:val="16"/>
              </w:rPr>
              <w:t>SAAT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2A6A0A8E" w14:textId="77777777" w:rsidR="00450FE8" w:rsidRDefault="008362FE">
            <w:pPr>
              <w:jc w:val="center"/>
            </w:pPr>
            <w:r>
              <w:rPr>
                <w:b/>
                <w:sz w:val="16"/>
              </w:rPr>
              <w:t>PAZARTESİ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4123C36D" w14:textId="77777777" w:rsidR="00450FE8" w:rsidRDefault="008362FE">
            <w:pPr>
              <w:jc w:val="center"/>
            </w:pPr>
            <w:r>
              <w:rPr>
                <w:b/>
                <w:sz w:val="16"/>
              </w:rPr>
              <w:t>SALI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140CFE46" w14:textId="77777777" w:rsidR="00450FE8" w:rsidRDefault="008362FE">
            <w:pPr>
              <w:jc w:val="center"/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1837675" w14:textId="77777777" w:rsidR="00450FE8" w:rsidRDefault="008362FE">
            <w:pPr>
              <w:jc w:val="center"/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3B6434BB" w14:textId="77777777" w:rsidR="00450FE8" w:rsidRDefault="008362FE">
            <w:pPr>
              <w:jc w:val="center"/>
            </w:pPr>
            <w:r>
              <w:rPr>
                <w:b/>
                <w:sz w:val="16"/>
              </w:rPr>
              <w:t>CUMA</w:t>
            </w:r>
          </w:p>
        </w:tc>
      </w:tr>
      <w:tr w:rsidR="00450FE8" w14:paraId="2EA780AE" w14:textId="77777777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1ECEA" w14:textId="77777777" w:rsidR="00450FE8" w:rsidRDefault="008362FE">
            <w:pPr>
              <w:jc w:val="center"/>
            </w:pPr>
            <w:r>
              <w:rPr>
                <w:b/>
                <w:sz w:val="14"/>
              </w:rPr>
              <w:t>08:00-08:40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AADE3" w14:textId="77777777" w:rsidR="00450FE8" w:rsidRDefault="008362FE">
            <w:pPr>
              <w:jc w:val="center"/>
            </w:pPr>
            <w:r>
              <w:rPr>
                <w:color w:val="FF0000"/>
                <w:sz w:val="12"/>
              </w:rPr>
              <w:t>TUR401 Kültürel Miras</w:t>
            </w:r>
            <w:r>
              <w:rPr>
                <w:color w:val="FF0000"/>
                <w:sz w:val="12"/>
              </w:rPr>
              <w:br/>
              <w:t>Taşkın Deniz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DD86C" w14:textId="77777777" w:rsidR="00450FE8" w:rsidRDefault="008362FE">
            <w:pPr>
              <w:jc w:val="center"/>
            </w:pPr>
            <w:r>
              <w:rPr>
                <w:color w:val="000000"/>
                <w:sz w:val="12"/>
              </w:rPr>
              <w:t>TUR121 İngilizce I</w:t>
            </w:r>
            <w:r>
              <w:rPr>
                <w:color w:val="000000"/>
                <w:sz w:val="12"/>
              </w:rPr>
              <w:br/>
              <w:t>Sinan Hoca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483EC" w14:textId="77777777" w:rsidR="00450FE8" w:rsidRDefault="008362FE">
            <w:pPr>
              <w:jc w:val="center"/>
            </w:pPr>
            <w:r>
              <w:rPr>
                <w:color w:val="0000FF"/>
                <w:sz w:val="12"/>
              </w:rPr>
              <w:t>TUR329 Türkiye Turizm Coğrafyası I</w:t>
            </w:r>
            <w:r>
              <w:rPr>
                <w:color w:val="0000FF"/>
                <w:sz w:val="12"/>
              </w:rPr>
              <w:br/>
              <w:t>Taşkın Deniz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5C2A8" w14:textId="77777777" w:rsidR="00450FE8" w:rsidRDefault="008362FE">
            <w:pPr>
              <w:jc w:val="center"/>
            </w:pPr>
            <w:r>
              <w:rPr>
                <w:color w:val="008000"/>
                <w:sz w:val="12"/>
              </w:rPr>
              <w:t>TUR237 İngilizce III</w:t>
            </w:r>
            <w:r>
              <w:rPr>
                <w:color w:val="008000"/>
                <w:sz w:val="12"/>
              </w:rPr>
              <w:br/>
              <w:t>Ahmet Topbaş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9A3A2" w14:textId="77777777" w:rsidR="00450FE8" w:rsidRDefault="008362FE">
            <w:pPr>
              <w:jc w:val="center"/>
            </w:pPr>
            <w:r>
              <w:rPr>
                <w:color w:val="0000FF"/>
                <w:sz w:val="12"/>
              </w:rPr>
              <w:t>TUR335 İngilizce V</w:t>
            </w:r>
            <w:r>
              <w:rPr>
                <w:color w:val="0000FF"/>
                <w:sz w:val="12"/>
              </w:rPr>
              <w:br/>
              <w:t>Ahmet Topbaş</w:t>
            </w:r>
          </w:p>
        </w:tc>
      </w:tr>
      <w:tr w:rsidR="00450FE8" w14:paraId="45B07DB1" w14:textId="77777777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04C61" w14:textId="77777777" w:rsidR="00450FE8" w:rsidRDefault="008362FE">
            <w:pPr>
              <w:jc w:val="center"/>
            </w:pPr>
            <w:r>
              <w:rPr>
                <w:b/>
                <w:sz w:val="14"/>
              </w:rPr>
              <w:t>08:50-09:30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F15C9" w14:textId="77777777" w:rsidR="00450FE8" w:rsidRDefault="008362FE">
            <w:pPr>
              <w:jc w:val="center"/>
            </w:pPr>
            <w:r>
              <w:rPr>
                <w:color w:val="FF0000"/>
                <w:sz w:val="12"/>
              </w:rPr>
              <w:t>TUR401 Kültürel Miras</w:t>
            </w:r>
            <w:r>
              <w:rPr>
                <w:color w:val="FF0000"/>
                <w:sz w:val="12"/>
              </w:rPr>
              <w:br/>
              <w:t>Taşkın Deniz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36CE6" w14:textId="77777777" w:rsidR="00450FE8" w:rsidRDefault="008362FE">
            <w:pPr>
              <w:jc w:val="center"/>
            </w:pPr>
            <w:r>
              <w:rPr>
                <w:color w:val="000000"/>
                <w:sz w:val="12"/>
              </w:rPr>
              <w:t>TUR121 İngilizce I</w:t>
            </w:r>
            <w:r>
              <w:rPr>
                <w:color w:val="000000"/>
                <w:sz w:val="12"/>
              </w:rPr>
              <w:br/>
              <w:t>Sinan Hoca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5AC31" w14:textId="77777777" w:rsidR="00450FE8" w:rsidRDefault="008362FE">
            <w:pPr>
              <w:jc w:val="center"/>
            </w:pPr>
            <w:r>
              <w:rPr>
                <w:color w:val="0000FF"/>
                <w:sz w:val="12"/>
              </w:rPr>
              <w:t>TUR329 Türkiye Turizm Coğrafyası I</w:t>
            </w:r>
            <w:r>
              <w:rPr>
                <w:color w:val="0000FF"/>
                <w:sz w:val="12"/>
              </w:rPr>
              <w:br/>
              <w:t>Taşkın Deniz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B985D" w14:textId="77777777" w:rsidR="00450FE8" w:rsidRDefault="008362FE">
            <w:pPr>
              <w:jc w:val="center"/>
            </w:pPr>
            <w:r>
              <w:rPr>
                <w:color w:val="008000"/>
                <w:sz w:val="12"/>
              </w:rPr>
              <w:t>TUR237 İngilizce III</w:t>
            </w:r>
            <w:r>
              <w:rPr>
                <w:color w:val="008000"/>
                <w:sz w:val="12"/>
              </w:rPr>
              <w:br/>
              <w:t>Ahmet Topbaş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0E2FA" w14:textId="77777777" w:rsidR="00450FE8" w:rsidRDefault="008362FE">
            <w:pPr>
              <w:jc w:val="center"/>
            </w:pPr>
            <w:r>
              <w:rPr>
                <w:color w:val="0000FF"/>
                <w:sz w:val="12"/>
              </w:rPr>
              <w:t>TUR335 İngilizce V</w:t>
            </w:r>
            <w:r>
              <w:rPr>
                <w:color w:val="0000FF"/>
                <w:sz w:val="12"/>
              </w:rPr>
              <w:br/>
              <w:t>Ahmet Topbaş</w:t>
            </w:r>
          </w:p>
        </w:tc>
      </w:tr>
      <w:tr w:rsidR="00450FE8" w14:paraId="6160A6BC" w14:textId="77777777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2C638" w14:textId="77777777" w:rsidR="00450FE8" w:rsidRDefault="008362FE">
            <w:pPr>
              <w:jc w:val="center"/>
            </w:pPr>
            <w:r>
              <w:rPr>
                <w:b/>
                <w:sz w:val="14"/>
              </w:rPr>
              <w:t>09:40-10:20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B20CC" w14:textId="77777777" w:rsidR="00450FE8" w:rsidRDefault="008362FE">
            <w:pPr>
              <w:jc w:val="center"/>
            </w:pPr>
            <w:r>
              <w:rPr>
                <w:color w:val="0000FF"/>
                <w:sz w:val="12"/>
              </w:rPr>
              <w:t>TUR349 Türkiye Flora ve Faunası</w:t>
            </w:r>
            <w:r>
              <w:rPr>
                <w:color w:val="0000FF"/>
                <w:sz w:val="12"/>
              </w:rPr>
              <w:br/>
              <w:t>Taşkın Deniz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5EC68" w14:textId="77777777" w:rsidR="00450FE8" w:rsidRDefault="008362FE">
            <w:pPr>
              <w:jc w:val="center"/>
            </w:pPr>
            <w:r>
              <w:rPr>
                <w:color w:val="000000"/>
                <w:sz w:val="12"/>
              </w:rPr>
              <w:t>TUR121 İngilizce I</w:t>
            </w:r>
            <w:r>
              <w:rPr>
                <w:color w:val="000000"/>
                <w:sz w:val="12"/>
              </w:rPr>
              <w:br/>
              <w:t>Sinan Hoca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B1166" w14:textId="77777777" w:rsidR="00450FE8" w:rsidRDefault="008362FE">
            <w:pPr>
              <w:jc w:val="center"/>
            </w:pPr>
            <w:r>
              <w:rPr>
                <w:color w:val="0000FF"/>
                <w:sz w:val="12"/>
              </w:rPr>
              <w:t>TUR329 Türkiye Turizm Coğrafyası I</w:t>
            </w:r>
            <w:r>
              <w:rPr>
                <w:color w:val="0000FF"/>
                <w:sz w:val="12"/>
              </w:rPr>
              <w:br/>
              <w:t>Taşkın Deniz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731B3" w14:textId="77777777" w:rsidR="00450FE8" w:rsidRDefault="008362FE">
            <w:pPr>
              <w:jc w:val="center"/>
            </w:pPr>
            <w:r>
              <w:rPr>
                <w:color w:val="008000"/>
                <w:sz w:val="12"/>
              </w:rPr>
              <w:t>TUR237 İngilizce III</w:t>
            </w:r>
            <w:r>
              <w:rPr>
                <w:color w:val="008000"/>
                <w:sz w:val="12"/>
              </w:rPr>
              <w:br/>
              <w:t>Ahmet Topbaş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A69FC" w14:textId="77777777" w:rsidR="00450FE8" w:rsidRDefault="008362FE">
            <w:pPr>
              <w:jc w:val="center"/>
            </w:pPr>
            <w:r>
              <w:rPr>
                <w:color w:val="0000FF"/>
                <w:sz w:val="12"/>
              </w:rPr>
              <w:t>TUR335 İngilizce V</w:t>
            </w:r>
            <w:r>
              <w:rPr>
                <w:color w:val="0000FF"/>
                <w:sz w:val="12"/>
              </w:rPr>
              <w:br/>
              <w:t>Ahmet Topbaş</w:t>
            </w:r>
          </w:p>
        </w:tc>
      </w:tr>
      <w:tr w:rsidR="00450FE8" w14:paraId="6A513FD5" w14:textId="77777777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9715B" w14:textId="77777777" w:rsidR="00450FE8" w:rsidRDefault="008362FE">
            <w:pPr>
              <w:jc w:val="center"/>
            </w:pPr>
            <w:r>
              <w:rPr>
                <w:b/>
                <w:sz w:val="14"/>
              </w:rPr>
              <w:t>10:30-11:10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EA1F3" w14:textId="77777777" w:rsidR="00450FE8" w:rsidRDefault="008362FE">
            <w:pPr>
              <w:jc w:val="center"/>
            </w:pPr>
            <w:r>
              <w:rPr>
                <w:color w:val="0000FF"/>
                <w:sz w:val="12"/>
              </w:rPr>
              <w:t>TUR349 Türkiye Flora ve Faunası</w:t>
            </w:r>
            <w:r>
              <w:rPr>
                <w:color w:val="0000FF"/>
                <w:sz w:val="12"/>
              </w:rPr>
              <w:br/>
              <w:t>Taşkın Deniz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7C4B6" w14:textId="77777777" w:rsidR="00450FE8" w:rsidRDefault="008362FE">
            <w:pPr>
              <w:jc w:val="center"/>
            </w:pPr>
            <w:r>
              <w:rPr>
                <w:color w:val="000000"/>
                <w:sz w:val="12"/>
              </w:rPr>
              <w:t>TUR121 İngilizce I</w:t>
            </w:r>
            <w:r>
              <w:rPr>
                <w:color w:val="000000"/>
                <w:sz w:val="12"/>
              </w:rPr>
              <w:br/>
              <w:t>Sinan Hoca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2675D" w14:textId="77777777" w:rsidR="00450FE8" w:rsidRDefault="008362FE">
            <w:pPr>
              <w:jc w:val="center"/>
            </w:pPr>
            <w:r>
              <w:rPr>
                <w:color w:val="008000"/>
                <w:sz w:val="12"/>
              </w:rPr>
              <w:t>TUR201 Dünya Turizm Coğrafyası</w:t>
            </w:r>
            <w:r>
              <w:rPr>
                <w:color w:val="008000"/>
                <w:sz w:val="12"/>
              </w:rPr>
              <w:br/>
              <w:t>Taşkın Deniz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42E54" w14:textId="77777777" w:rsidR="00450FE8" w:rsidRDefault="008362FE">
            <w:pPr>
              <w:jc w:val="center"/>
            </w:pPr>
            <w:r>
              <w:rPr>
                <w:color w:val="008000"/>
                <w:sz w:val="12"/>
              </w:rPr>
              <w:t>TUR237 İngilizce III</w:t>
            </w:r>
            <w:r>
              <w:rPr>
                <w:color w:val="008000"/>
                <w:sz w:val="12"/>
              </w:rPr>
              <w:br/>
              <w:t>Ahmet Topbaş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23AA9" w14:textId="77777777" w:rsidR="00450FE8" w:rsidRDefault="008362FE">
            <w:pPr>
              <w:jc w:val="center"/>
            </w:pPr>
            <w:r>
              <w:rPr>
                <w:color w:val="FF0000"/>
                <w:sz w:val="12"/>
              </w:rPr>
              <w:t>TUR425 İngilizce VII</w:t>
            </w:r>
            <w:r>
              <w:rPr>
                <w:color w:val="FF0000"/>
                <w:sz w:val="12"/>
              </w:rPr>
              <w:br/>
              <w:t>Ahmet Topbaş</w:t>
            </w:r>
          </w:p>
        </w:tc>
      </w:tr>
      <w:tr w:rsidR="00450FE8" w14:paraId="25E4928D" w14:textId="77777777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AB16F" w14:textId="77777777" w:rsidR="00450FE8" w:rsidRDefault="008362FE">
            <w:pPr>
              <w:jc w:val="center"/>
            </w:pPr>
            <w:r>
              <w:rPr>
                <w:b/>
                <w:sz w:val="14"/>
              </w:rPr>
              <w:t>11:20-12:00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5CE1C" w14:textId="77777777" w:rsidR="00450FE8" w:rsidRDefault="008362FE">
            <w:pPr>
              <w:jc w:val="center"/>
            </w:pPr>
            <w:r>
              <w:rPr>
                <w:color w:val="000000"/>
                <w:sz w:val="12"/>
              </w:rPr>
              <w:t>TUR123 Genel Türk Tarihi ve Kültürü</w:t>
            </w:r>
            <w:r>
              <w:rPr>
                <w:color w:val="000000"/>
                <w:sz w:val="12"/>
              </w:rPr>
              <w:br/>
              <w:t>Taşkın Deniz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0D964" w14:textId="77777777" w:rsidR="00450FE8" w:rsidRDefault="008362FE">
            <w:pPr>
              <w:jc w:val="center"/>
            </w:pPr>
            <w:r>
              <w:rPr>
                <w:color w:val="0000FF"/>
                <w:sz w:val="12"/>
              </w:rPr>
              <w:t>TUR325 Turizmde Tanıtma ve Satış Geliştirme</w:t>
            </w:r>
            <w:r>
              <w:rPr>
                <w:color w:val="0000FF"/>
                <w:sz w:val="12"/>
              </w:rPr>
              <w:br/>
              <w:t>Umut Kadir Oğuz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0CDA2" w14:textId="77777777" w:rsidR="00450FE8" w:rsidRDefault="008362FE">
            <w:pPr>
              <w:jc w:val="center"/>
            </w:pPr>
            <w:r>
              <w:rPr>
                <w:color w:val="008000"/>
                <w:sz w:val="12"/>
              </w:rPr>
              <w:t>TUR201 Dünya Turizm Coğrafyası</w:t>
            </w:r>
            <w:r>
              <w:rPr>
                <w:color w:val="008000"/>
                <w:sz w:val="12"/>
              </w:rPr>
              <w:br/>
              <w:t>Taşkın Deniz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DA6E0" w14:textId="77777777" w:rsidR="00450FE8" w:rsidRDefault="008362FE">
            <w:pPr>
              <w:jc w:val="center"/>
            </w:pPr>
            <w:r>
              <w:rPr>
                <w:color w:val="008000"/>
                <w:sz w:val="12"/>
              </w:rPr>
              <w:t>TUR237 İngilizce III</w:t>
            </w:r>
            <w:r>
              <w:rPr>
                <w:color w:val="008000"/>
                <w:sz w:val="12"/>
              </w:rPr>
              <w:br/>
              <w:t>Ahmet Topbaş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7D64A" w14:textId="77777777" w:rsidR="00450FE8" w:rsidRDefault="008362FE">
            <w:pPr>
              <w:jc w:val="center"/>
            </w:pPr>
            <w:r>
              <w:rPr>
                <w:color w:val="FF0000"/>
                <w:sz w:val="12"/>
              </w:rPr>
              <w:t>TUR425 İngilizce VII</w:t>
            </w:r>
            <w:r>
              <w:rPr>
                <w:color w:val="FF0000"/>
                <w:sz w:val="12"/>
              </w:rPr>
              <w:br/>
              <w:t>Ahmet Topbaş</w:t>
            </w:r>
          </w:p>
        </w:tc>
      </w:tr>
      <w:tr w:rsidR="00450FE8" w14:paraId="46179E7F" w14:textId="77777777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6F181" w14:textId="77777777" w:rsidR="00450FE8" w:rsidRDefault="008362FE">
            <w:pPr>
              <w:jc w:val="center"/>
            </w:pPr>
            <w:r>
              <w:rPr>
                <w:b/>
                <w:sz w:val="14"/>
              </w:rPr>
              <w:t>12:10-12:50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BCA3C" w14:textId="77777777" w:rsidR="00450FE8" w:rsidRDefault="008362FE">
            <w:pPr>
              <w:jc w:val="center"/>
            </w:pPr>
            <w:r>
              <w:rPr>
                <w:color w:val="000000"/>
                <w:sz w:val="12"/>
              </w:rPr>
              <w:t>TUR123 Genel Türk Tarihi ve Kültürü</w:t>
            </w:r>
            <w:r>
              <w:rPr>
                <w:color w:val="000000"/>
                <w:sz w:val="12"/>
              </w:rPr>
              <w:br/>
              <w:t>Taşkın Deniz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A60FA" w14:textId="77777777" w:rsidR="00450FE8" w:rsidRDefault="008362FE">
            <w:pPr>
              <w:jc w:val="center"/>
            </w:pPr>
            <w:r>
              <w:rPr>
                <w:color w:val="0000FF"/>
                <w:sz w:val="12"/>
              </w:rPr>
              <w:t>TUR325 Turizmde Tanıtma ve Satış Geliştirme</w:t>
            </w:r>
            <w:r>
              <w:rPr>
                <w:color w:val="0000FF"/>
                <w:sz w:val="12"/>
              </w:rPr>
              <w:br/>
              <w:t>Umut Kadir Oğuz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70FFD" w14:textId="77777777" w:rsidR="00450FE8" w:rsidRDefault="008362FE">
            <w:pPr>
              <w:jc w:val="center"/>
            </w:pPr>
            <w:r>
              <w:rPr>
                <w:color w:val="008000"/>
                <w:sz w:val="12"/>
              </w:rPr>
              <w:t>TUR201 Dünya Turizm Coğrafyası</w:t>
            </w:r>
            <w:r>
              <w:rPr>
                <w:color w:val="008000"/>
                <w:sz w:val="12"/>
              </w:rPr>
              <w:br/>
              <w:t>Taşkın Deniz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D4D74" w14:textId="77777777" w:rsidR="00450FE8" w:rsidRDefault="008362FE">
            <w:pPr>
              <w:jc w:val="center"/>
            </w:pPr>
            <w:r>
              <w:rPr>
                <w:color w:val="008000"/>
                <w:sz w:val="12"/>
              </w:rPr>
              <w:t>TUR245 Çince I</w:t>
            </w:r>
            <w:r>
              <w:rPr>
                <w:color w:val="008000"/>
                <w:sz w:val="12"/>
              </w:rPr>
              <w:br/>
              <w:t>Serra Nur Yıldırım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12E3D" w14:textId="77777777" w:rsidR="00450FE8" w:rsidRDefault="008362FE">
            <w:pPr>
              <w:jc w:val="center"/>
            </w:pPr>
            <w:r>
              <w:rPr>
                <w:color w:val="FF0000"/>
                <w:sz w:val="12"/>
              </w:rPr>
              <w:t>TUR425 İngilizce VII</w:t>
            </w:r>
            <w:r>
              <w:rPr>
                <w:color w:val="FF0000"/>
                <w:sz w:val="12"/>
              </w:rPr>
              <w:br/>
              <w:t>Ahmet Topbaş</w:t>
            </w:r>
          </w:p>
        </w:tc>
      </w:tr>
      <w:tr w:rsidR="00450FE8" w14:paraId="43DDF459" w14:textId="77777777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3ACB" w14:textId="77777777" w:rsidR="00450FE8" w:rsidRDefault="008362FE">
            <w:pPr>
              <w:jc w:val="center"/>
            </w:pPr>
            <w:r>
              <w:rPr>
                <w:b/>
                <w:sz w:val="14"/>
              </w:rPr>
              <w:t>13:00-13:40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42A42" w14:textId="77777777" w:rsidR="00450FE8" w:rsidRDefault="008362FE">
            <w:pPr>
              <w:jc w:val="center"/>
            </w:pPr>
            <w:r>
              <w:rPr>
                <w:color w:val="008000"/>
                <w:sz w:val="12"/>
              </w:rPr>
              <w:t>TUR237 İngilizce III</w:t>
            </w:r>
            <w:r>
              <w:rPr>
                <w:color w:val="008000"/>
                <w:sz w:val="12"/>
              </w:rPr>
              <w:br/>
              <w:t>Ahmet Topbaş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5D568" w14:textId="77777777" w:rsidR="00450FE8" w:rsidRDefault="008362FE">
            <w:pPr>
              <w:jc w:val="center"/>
            </w:pPr>
            <w:r>
              <w:rPr>
                <w:color w:val="0000FF"/>
                <w:sz w:val="12"/>
              </w:rPr>
              <w:t>TUR335 İngilizce V</w:t>
            </w:r>
            <w:r>
              <w:rPr>
                <w:color w:val="0000FF"/>
                <w:sz w:val="12"/>
              </w:rPr>
              <w:br/>
              <w:t>Ahmet Topbaş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8CFCB" w14:textId="77777777" w:rsidR="00450FE8" w:rsidRDefault="008362FE">
            <w:pPr>
              <w:jc w:val="center"/>
            </w:pPr>
            <w:r>
              <w:rPr>
                <w:color w:val="000000"/>
                <w:sz w:val="12"/>
              </w:rPr>
              <w:t>TUR119 Turizm Ekonomisi</w:t>
            </w:r>
            <w:r>
              <w:rPr>
                <w:color w:val="000000"/>
                <w:sz w:val="12"/>
              </w:rPr>
              <w:br/>
              <w:t>Cenk Murat Koçoğlu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896DB" w14:textId="77777777" w:rsidR="00450FE8" w:rsidRDefault="008362FE">
            <w:pPr>
              <w:jc w:val="center"/>
            </w:pPr>
            <w:r>
              <w:rPr>
                <w:color w:val="008000"/>
                <w:sz w:val="12"/>
              </w:rPr>
              <w:t>TUR245 Çince I</w:t>
            </w:r>
            <w:r>
              <w:rPr>
                <w:color w:val="008000"/>
                <w:sz w:val="12"/>
              </w:rPr>
              <w:br/>
              <w:t>Serra Nur Yıldırım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02FFE" w14:textId="77777777" w:rsidR="00450FE8" w:rsidRDefault="008362FE">
            <w:pPr>
              <w:jc w:val="center"/>
            </w:pPr>
            <w:r>
              <w:rPr>
                <w:color w:val="FF0000"/>
                <w:sz w:val="12"/>
              </w:rPr>
              <w:t>TUR425 İngilizce VII</w:t>
            </w:r>
            <w:r>
              <w:rPr>
                <w:color w:val="FF0000"/>
                <w:sz w:val="12"/>
              </w:rPr>
              <w:br/>
              <w:t>Ahmet Topbaş</w:t>
            </w:r>
          </w:p>
        </w:tc>
      </w:tr>
      <w:tr w:rsidR="00450FE8" w14:paraId="5197DBC8" w14:textId="77777777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3C257" w14:textId="77777777" w:rsidR="00450FE8" w:rsidRDefault="008362FE">
            <w:pPr>
              <w:jc w:val="center"/>
            </w:pPr>
            <w:r>
              <w:rPr>
                <w:b/>
                <w:sz w:val="14"/>
              </w:rPr>
              <w:t>13:50-14:30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34C71" w14:textId="77777777" w:rsidR="00450FE8" w:rsidRDefault="008362FE">
            <w:pPr>
              <w:jc w:val="center"/>
            </w:pPr>
            <w:r>
              <w:rPr>
                <w:color w:val="008000"/>
                <w:sz w:val="12"/>
              </w:rPr>
              <w:t>TUR237 İngilizce III</w:t>
            </w:r>
            <w:r>
              <w:rPr>
                <w:color w:val="008000"/>
                <w:sz w:val="12"/>
              </w:rPr>
              <w:br/>
              <w:t>Ahmet Topbaş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82D72" w14:textId="77777777" w:rsidR="00450FE8" w:rsidRDefault="008362FE">
            <w:pPr>
              <w:jc w:val="center"/>
            </w:pPr>
            <w:r>
              <w:rPr>
                <w:color w:val="0000FF"/>
                <w:sz w:val="12"/>
              </w:rPr>
              <w:t>TUR335 İngilizce V</w:t>
            </w:r>
            <w:r>
              <w:rPr>
                <w:color w:val="0000FF"/>
                <w:sz w:val="12"/>
              </w:rPr>
              <w:br/>
              <w:t>Ahmet Topbaş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43034" w14:textId="77777777" w:rsidR="00450FE8" w:rsidRDefault="008362FE">
            <w:pPr>
              <w:jc w:val="center"/>
            </w:pPr>
            <w:r>
              <w:rPr>
                <w:color w:val="000000"/>
                <w:sz w:val="12"/>
              </w:rPr>
              <w:t>TUR119 Turizm Ekonomisi</w:t>
            </w:r>
            <w:r>
              <w:rPr>
                <w:color w:val="000000"/>
                <w:sz w:val="12"/>
              </w:rPr>
              <w:br/>
              <w:t>Cenk Murat Koçoğlu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A00CD" w14:textId="77777777" w:rsidR="00450FE8" w:rsidRDefault="008362FE">
            <w:pPr>
              <w:jc w:val="center"/>
            </w:pPr>
            <w:r>
              <w:rPr>
                <w:color w:val="008000"/>
                <w:sz w:val="12"/>
              </w:rPr>
              <w:t>TUR245 Çince I</w:t>
            </w:r>
            <w:r>
              <w:rPr>
                <w:color w:val="008000"/>
                <w:sz w:val="12"/>
              </w:rPr>
              <w:br/>
              <w:t>Serra Nur Yıldırım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D7E03" w14:textId="77777777" w:rsidR="00450FE8" w:rsidRDefault="008362FE">
            <w:pPr>
              <w:jc w:val="center"/>
            </w:pPr>
            <w:r>
              <w:rPr>
                <w:color w:val="FF0000"/>
                <w:sz w:val="12"/>
              </w:rPr>
              <w:t>TUR423 Uygulamalı Rehberlik I</w:t>
            </w:r>
            <w:r>
              <w:rPr>
                <w:color w:val="FF0000"/>
                <w:sz w:val="12"/>
              </w:rPr>
              <w:br/>
              <w:t>Ahmet Topbaş</w:t>
            </w:r>
          </w:p>
        </w:tc>
      </w:tr>
      <w:tr w:rsidR="00450FE8" w14:paraId="41300587" w14:textId="77777777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76551" w14:textId="77777777" w:rsidR="00450FE8" w:rsidRDefault="008362FE">
            <w:pPr>
              <w:jc w:val="center"/>
            </w:pPr>
            <w:r>
              <w:rPr>
                <w:b/>
                <w:sz w:val="14"/>
              </w:rPr>
              <w:t>14:40-15:20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6B036" w14:textId="77777777" w:rsidR="00450FE8" w:rsidRDefault="008362FE">
            <w:pPr>
              <w:jc w:val="center"/>
            </w:pPr>
            <w:r>
              <w:rPr>
                <w:color w:val="008000"/>
                <w:sz w:val="12"/>
              </w:rPr>
              <w:t>TUR237 İngilizce III</w:t>
            </w:r>
            <w:r>
              <w:rPr>
                <w:color w:val="008000"/>
                <w:sz w:val="12"/>
              </w:rPr>
              <w:br/>
              <w:t>Ahmet Topbaş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2F504" w14:textId="77777777" w:rsidR="00450FE8" w:rsidRDefault="008362FE">
            <w:pPr>
              <w:jc w:val="center"/>
            </w:pPr>
            <w:r>
              <w:rPr>
                <w:color w:val="0000FF"/>
                <w:sz w:val="12"/>
              </w:rPr>
              <w:t>TUR335 İngilizce V</w:t>
            </w:r>
            <w:r>
              <w:rPr>
                <w:color w:val="0000FF"/>
                <w:sz w:val="12"/>
              </w:rPr>
              <w:br/>
              <w:t>Ahmet Topbaş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E556D" w14:textId="77777777" w:rsidR="00450FE8" w:rsidRDefault="008362FE">
            <w:pPr>
              <w:jc w:val="center"/>
            </w:pPr>
            <w:r>
              <w:rPr>
                <w:color w:val="008000"/>
                <w:sz w:val="12"/>
              </w:rPr>
              <w:t>TUR231 Uygarlık Tarihi</w:t>
            </w:r>
            <w:r>
              <w:rPr>
                <w:color w:val="008000"/>
                <w:sz w:val="12"/>
              </w:rPr>
              <w:br/>
              <w:t>Ayşe Kurtlu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FE833" w14:textId="77777777" w:rsidR="00450FE8" w:rsidRDefault="008362FE">
            <w:pPr>
              <w:jc w:val="center"/>
            </w:pPr>
            <w:r>
              <w:rPr>
                <w:color w:val="008000"/>
                <w:sz w:val="12"/>
              </w:rPr>
              <w:t>TUR245 Çince I</w:t>
            </w:r>
            <w:r>
              <w:rPr>
                <w:color w:val="008000"/>
                <w:sz w:val="12"/>
              </w:rPr>
              <w:br/>
              <w:t>Serra Nur Yıldırım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BCFCE" w14:textId="77777777" w:rsidR="00450FE8" w:rsidRDefault="008362FE">
            <w:pPr>
              <w:jc w:val="center"/>
            </w:pPr>
            <w:r>
              <w:rPr>
                <w:color w:val="FF0000"/>
                <w:sz w:val="12"/>
              </w:rPr>
              <w:t>TUR423 Uygulamalı Rehberlik I</w:t>
            </w:r>
            <w:r>
              <w:rPr>
                <w:color w:val="FF0000"/>
                <w:sz w:val="12"/>
              </w:rPr>
              <w:br/>
              <w:t>Ahmet Topbaş</w:t>
            </w:r>
          </w:p>
        </w:tc>
      </w:tr>
      <w:tr w:rsidR="007C36E0" w14:paraId="3038F012" w14:textId="77777777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0D0E6" w14:textId="77777777" w:rsidR="007C36E0" w:rsidRDefault="007C36E0" w:rsidP="007C36E0">
            <w:pPr>
              <w:jc w:val="center"/>
            </w:pPr>
            <w:r>
              <w:rPr>
                <w:b/>
                <w:sz w:val="14"/>
              </w:rPr>
              <w:t>15:30-16:10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B04FC" w14:textId="1CE9FFA2" w:rsidR="007C36E0" w:rsidRDefault="007C36E0" w:rsidP="007C36E0">
            <w:pPr>
              <w:jc w:val="center"/>
            </w:pPr>
            <w:r>
              <w:rPr>
                <w:color w:val="008000"/>
                <w:sz w:val="12"/>
              </w:rPr>
              <w:t xml:space="preserve">TUR253 </w:t>
            </w:r>
            <w:proofErr w:type="spellStart"/>
            <w:r>
              <w:rPr>
                <w:color w:val="008000"/>
                <w:sz w:val="12"/>
              </w:rPr>
              <w:t>Turist</w:t>
            </w:r>
            <w:proofErr w:type="spellEnd"/>
            <w:r>
              <w:rPr>
                <w:color w:val="008000"/>
                <w:sz w:val="12"/>
              </w:rPr>
              <w:t xml:space="preserve"> </w:t>
            </w:r>
            <w:proofErr w:type="spellStart"/>
            <w:r>
              <w:rPr>
                <w:color w:val="008000"/>
                <w:sz w:val="12"/>
              </w:rPr>
              <w:t>Davranışı</w:t>
            </w:r>
            <w:proofErr w:type="spellEnd"/>
            <w:r>
              <w:rPr>
                <w:color w:val="008000"/>
                <w:sz w:val="12"/>
              </w:rPr>
              <w:br/>
              <w:t>Umut Kadir Oğuz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B13EF" w14:textId="77777777" w:rsidR="007C36E0" w:rsidRDefault="007C36E0" w:rsidP="007C36E0">
            <w:pPr>
              <w:jc w:val="center"/>
            </w:pPr>
            <w:r>
              <w:rPr>
                <w:color w:val="0000FF"/>
                <w:sz w:val="12"/>
              </w:rPr>
              <w:t>TUR335 İngilizce V</w:t>
            </w:r>
            <w:r>
              <w:rPr>
                <w:color w:val="0000FF"/>
                <w:sz w:val="12"/>
              </w:rPr>
              <w:br/>
              <w:t>Ahmet Topbaş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903E" w14:textId="77777777" w:rsidR="007C36E0" w:rsidRDefault="007C36E0" w:rsidP="007C36E0">
            <w:pPr>
              <w:jc w:val="center"/>
            </w:pPr>
            <w:r>
              <w:rPr>
                <w:color w:val="008000"/>
                <w:sz w:val="12"/>
              </w:rPr>
              <w:t>TUR231 Uygarlık Tarihi</w:t>
            </w:r>
            <w:r>
              <w:rPr>
                <w:color w:val="008000"/>
                <w:sz w:val="12"/>
              </w:rPr>
              <w:br/>
              <w:t>Ayşe Kurtlu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25AE4" w14:textId="77777777" w:rsidR="007C36E0" w:rsidRDefault="007C36E0" w:rsidP="007C36E0">
            <w:pPr>
              <w:jc w:val="center"/>
            </w:pPr>
            <w:r>
              <w:rPr>
                <w:color w:val="008000"/>
                <w:sz w:val="12"/>
              </w:rPr>
              <w:t>TUR211 Dinler Tarihi I</w:t>
            </w:r>
            <w:r>
              <w:rPr>
                <w:color w:val="008000"/>
                <w:sz w:val="12"/>
              </w:rPr>
              <w:br/>
              <w:t>Fahri Dağı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5916E" w14:textId="77777777" w:rsidR="007C36E0" w:rsidRDefault="007C36E0" w:rsidP="007C36E0">
            <w:pPr>
              <w:jc w:val="center"/>
            </w:pPr>
            <w:r>
              <w:rPr>
                <w:color w:val="FF0000"/>
                <w:sz w:val="12"/>
              </w:rPr>
              <w:t>TUR423 Uygulamalı Rehberlik I</w:t>
            </w:r>
            <w:r>
              <w:rPr>
                <w:color w:val="FF0000"/>
                <w:sz w:val="12"/>
              </w:rPr>
              <w:br/>
              <w:t>Ahmet Topbaş</w:t>
            </w:r>
          </w:p>
        </w:tc>
      </w:tr>
      <w:tr w:rsidR="007C36E0" w14:paraId="54ABCC72" w14:textId="77777777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EA47B" w14:textId="77777777" w:rsidR="007C36E0" w:rsidRDefault="007C36E0" w:rsidP="007C36E0">
            <w:pPr>
              <w:jc w:val="center"/>
            </w:pPr>
            <w:r>
              <w:rPr>
                <w:b/>
                <w:sz w:val="14"/>
              </w:rPr>
              <w:t>16:20-16:50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8B02B" w14:textId="5800A8CA" w:rsidR="007C36E0" w:rsidRDefault="007C36E0" w:rsidP="007C36E0">
            <w:pPr>
              <w:jc w:val="center"/>
            </w:pPr>
            <w:r>
              <w:rPr>
                <w:color w:val="008000"/>
                <w:sz w:val="12"/>
              </w:rPr>
              <w:t xml:space="preserve">TUR253 </w:t>
            </w:r>
            <w:proofErr w:type="spellStart"/>
            <w:r>
              <w:rPr>
                <w:color w:val="008000"/>
                <w:sz w:val="12"/>
              </w:rPr>
              <w:t>Turist</w:t>
            </w:r>
            <w:proofErr w:type="spellEnd"/>
            <w:r>
              <w:rPr>
                <w:color w:val="008000"/>
                <w:sz w:val="12"/>
              </w:rPr>
              <w:t xml:space="preserve"> </w:t>
            </w:r>
            <w:proofErr w:type="spellStart"/>
            <w:r>
              <w:rPr>
                <w:color w:val="008000"/>
                <w:sz w:val="12"/>
              </w:rPr>
              <w:t>Davranışı</w:t>
            </w:r>
            <w:proofErr w:type="spellEnd"/>
            <w:r>
              <w:rPr>
                <w:color w:val="008000"/>
                <w:sz w:val="12"/>
              </w:rPr>
              <w:br/>
              <w:t>Umut Kadir Oğuz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B1EEB" w14:textId="77777777" w:rsidR="007C36E0" w:rsidRDefault="007C36E0" w:rsidP="007C36E0">
            <w:pPr>
              <w:jc w:val="center"/>
            </w:pPr>
            <w:r>
              <w:rPr>
                <w:color w:val="0000FF"/>
                <w:sz w:val="12"/>
              </w:rPr>
              <w:t>TUR335 İngilizce V</w:t>
            </w:r>
            <w:r>
              <w:rPr>
                <w:color w:val="0000FF"/>
                <w:sz w:val="12"/>
              </w:rPr>
              <w:br/>
              <w:t>Ahmet Topbaş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DC0CF" w14:textId="77777777" w:rsidR="007C36E0" w:rsidRDefault="007C36E0" w:rsidP="007C36E0">
            <w:pPr>
              <w:jc w:val="center"/>
            </w:pPr>
            <w:r>
              <w:rPr>
                <w:color w:val="008000"/>
                <w:sz w:val="12"/>
              </w:rPr>
              <w:t>TUR231 Uygarlık Tarihi</w:t>
            </w:r>
            <w:r>
              <w:rPr>
                <w:color w:val="008000"/>
                <w:sz w:val="12"/>
              </w:rPr>
              <w:br/>
              <w:t>Ayşe Kurtlu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AC22F" w14:textId="77777777" w:rsidR="007C36E0" w:rsidRDefault="007C36E0" w:rsidP="007C36E0">
            <w:pPr>
              <w:jc w:val="center"/>
            </w:pPr>
            <w:r>
              <w:rPr>
                <w:color w:val="008000"/>
                <w:sz w:val="12"/>
              </w:rPr>
              <w:t>TUR211 Dinler Tarihi I</w:t>
            </w:r>
            <w:r>
              <w:rPr>
                <w:color w:val="008000"/>
                <w:sz w:val="12"/>
              </w:rPr>
              <w:br/>
              <w:t>Fahri Dağı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837A6" w14:textId="77777777" w:rsidR="007C36E0" w:rsidRDefault="007C36E0" w:rsidP="007C36E0">
            <w:pPr>
              <w:jc w:val="center"/>
            </w:pPr>
            <w:r>
              <w:rPr>
                <w:color w:val="FF0000"/>
                <w:sz w:val="12"/>
              </w:rPr>
              <w:t>TUR423 Uygulamalı Rehberlik I</w:t>
            </w:r>
            <w:r>
              <w:rPr>
                <w:color w:val="FF0000"/>
                <w:sz w:val="12"/>
              </w:rPr>
              <w:br/>
              <w:t>Ahmet Topbaş</w:t>
            </w:r>
          </w:p>
        </w:tc>
      </w:tr>
    </w:tbl>
    <w:p w14:paraId="7C895EAD" w14:textId="77777777" w:rsidR="004968B6" w:rsidRDefault="004968B6"/>
    <w:p w14:paraId="5DCF15E4" w14:textId="4D86C1BC" w:rsidR="00450FE8" w:rsidRDefault="004968B6" w:rsidP="004968B6">
      <w:pPr>
        <w:pStyle w:val="ListeParagraf"/>
        <w:numPr>
          <w:ilvl w:val="0"/>
          <w:numId w:val="10"/>
        </w:numPr>
      </w:pPr>
      <w:proofErr w:type="spellStart"/>
      <w:r>
        <w:t>Sınıflar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YDL, AİT </w:t>
      </w:r>
      <w:proofErr w:type="spellStart"/>
      <w:r>
        <w:t>ve</w:t>
      </w:r>
      <w:proofErr w:type="spellEnd"/>
      <w:r>
        <w:t xml:space="preserve"> TUR </w:t>
      </w:r>
      <w:proofErr w:type="spellStart"/>
      <w:r>
        <w:t>dersleri</w:t>
      </w:r>
      <w:proofErr w:type="spellEnd"/>
      <w:r>
        <w:t xml:space="preserve"> </w:t>
      </w:r>
      <w:proofErr w:type="spellStart"/>
      <w:r>
        <w:t>Perşembe</w:t>
      </w:r>
      <w:proofErr w:type="spellEnd"/>
      <w:r>
        <w:t xml:space="preserve"> </w:t>
      </w:r>
      <w:proofErr w:type="spellStart"/>
      <w:r>
        <w:t>günü</w:t>
      </w:r>
      <w:proofErr w:type="spellEnd"/>
      <w:r>
        <w:t xml:space="preserve"> </w:t>
      </w:r>
      <w:proofErr w:type="spellStart"/>
      <w:r>
        <w:t>gerçekleştirilecektir</w:t>
      </w:r>
      <w:proofErr w:type="spellEnd"/>
      <w:r>
        <w:t xml:space="preserve">. Dersler </w:t>
      </w:r>
      <w:r w:rsidRPr="004968B6">
        <w:rPr>
          <w:b/>
          <w:bCs/>
        </w:rPr>
        <w:t>Teams</w:t>
      </w:r>
      <w:r>
        <w:t xml:space="preserve"> </w:t>
      </w:r>
      <w:proofErr w:type="spellStart"/>
      <w:r>
        <w:t>uygulaması</w:t>
      </w:r>
      <w:proofErr w:type="spellEnd"/>
      <w:r>
        <w:t xml:space="preserve"> </w:t>
      </w:r>
      <w:proofErr w:type="spellStart"/>
      <w:r>
        <w:t>üzerinden</w:t>
      </w:r>
      <w:proofErr w:type="spellEnd"/>
      <w:r>
        <w:t xml:space="preserve"> </w:t>
      </w:r>
      <w:proofErr w:type="spellStart"/>
      <w:r>
        <w:t>işlenecektir</w:t>
      </w:r>
      <w:proofErr w:type="spellEnd"/>
      <w:r>
        <w:t xml:space="preserve">. Derse </w:t>
      </w:r>
      <w:proofErr w:type="spellStart"/>
      <w:r>
        <w:t>katılmak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hyperlink r:id="rId6" w:history="1">
        <w:r w:rsidRPr="002D4AA7">
          <w:rPr>
            <w:rStyle w:val="Kpr"/>
          </w:rPr>
          <w:t>https://kbuzem.karabuk.edu.tr/</w:t>
        </w:r>
      </w:hyperlink>
      <w:r>
        <w:t xml:space="preserve"> </w:t>
      </w:r>
      <w:proofErr w:type="spellStart"/>
      <w:r>
        <w:t>sayfasındaki</w:t>
      </w:r>
      <w:proofErr w:type="spellEnd"/>
      <w:r>
        <w:t xml:space="preserve"> </w:t>
      </w:r>
      <w:proofErr w:type="spellStart"/>
      <w:r>
        <w:t>duyuruları</w:t>
      </w:r>
      <w:proofErr w:type="spellEnd"/>
      <w:r>
        <w:t xml:space="preserve"> </w:t>
      </w:r>
      <w:proofErr w:type="spellStart"/>
      <w:r>
        <w:t>takip</w:t>
      </w:r>
      <w:proofErr w:type="spellEnd"/>
      <w:r>
        <w:t xml:space="preserve"> ediniz.</w:t>
      </w:r>
      <w:r w:rsidR="008362FE">
        <w:br w:type="page"/>
      </w:r>
    </w:p>
    <w:p w14:paraId="6C87BBEB" w14:textId="77777777" w:rsidR="00450FE8" w:rsidRDefault="008362FE">
      <w:pPr>
        <w:jc w:val="center"/>
      </w:pPr>
      <w:r>
        <w:rPr>
          <w:b/>
          <w:sz w:val="24"/>
        </w:rPr>
        <w:lastRenderedPageBreak/>
        <w:t>FİZİKİ SINIF 415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08"/>
        <w:gridCol w:w="2508"/>
        <w:gridCol w:w="2508"/>
        <w:gridCol w:w="2508"/>
        <w:gridCol w:w="2508"/>
        <w:gridCol w:w="2508"/>
      </w:tblGrid>
      <w:tr w:rsidR="00450FE8" w14:paraId="3346761E" w14:textId="77777777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2E411C62" w14:textId="77777777" w:rsidR="00450FE8" w:rsidRDefault="008362FE">
            <w:pPr>
              <w:jc w:val="center"/>
            </w:pPr>
            <w:r>
              <w:rPr>
                <w:b/>
                <w:sz w:val="16"/>
              </w:rPr>
              <w:t>SAAT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12EAB8BE" w14:textId="77777777" w:rsidR="00450FE8" w:rsidRDefault="008362FE">
            <w:pPr>
              <w:jc w:val="center"/>
            </w:pPr>
            <w:r>
              <w:rPr>
                <w:b/>
                <w:sz w:val="16"/>
              </w:rPr>
              <w:t>PAZARTESİ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51BDFC08" w14:textId="77777777" w:rsidR="00450FE8" w:rsidRDefault="008362FE">
            <w:pPr>
              <w:jc w:val="center"/>
            </w:pPr>
            <w:r>
              <w:rPr>
                <w:b/>
                <w:sz w:val="16"/>
              </w:rPr>
              <w:t>SALI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007AA2CA" w14:textId="77777777" w:rsidR="00450FE8" w:rsidRDefault="008362FE">
            <w:pPr>
              <w:jc w:val="center"/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7BC3D7BA" w14:textId="77777777" w:rsidR="00450FE8" w:rsidRDefault="008362FE">
            <w:pPr>
              <w:jc w:val="center"/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center"/>
          </w:tcPr>
          <w:p w14:paraId="2337EB31" w14:textId="77777777" w:rsidR="00450FE8" w:rsidRDefault="008362FE">
            <w:pPr>
              <w:jc w:val="center"/>
            </w:pPr>
            <w:r>
              <w:rPr>
                <w:b/>
                <w:sz w:val="16"/>
              </w:rPr>
              <w:t>CUMA</w:t>
            </w:r>
          </w:p>
        </w:tc>
      </w:tr>
      <w:tr w:rsidR="00450FE8" w14:paraId="1FAF8828" w14:textId="77777777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E2308" w14:textId="77777777" w:rsidR="00450FE8" w:rsidRDefault="008362FE">
            <w:pPr>
              <w:jc w:val="center"/>
            </w:pPr>
            <w:r>
              <w:rPr>
                <w:b/>
                <w:sz w:val="14"/>
              </w:rPr>
              <w:t>08:00-08:40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2C458" w14:textId="77777777" w:rsidR="00450FE8" w:rsidRDefault="008362FE">
            <w:pPr>
              <w:jc w:val="center"/>
            </w:pPr>
            <w:r>
              <w:rPr>
                <w:color w:val="008000"/>
                <w:sz w:val="12"/>
              </w:rPr>
              <w:t>TUR235 Arkeoloji I</w:t>
            </w:r>
            <w:r>
              <w:rPr>
                <w:color w:val="008000"/>
                <w:sz w:val="12"/>
              </w:rPr>
              <w:br/>
              <w:t>Durmuş Gür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34706" w14:textId="77777777" w:rsidR="00450FE8" w:rsidRDefault="008362FE">
            <w:pPr>
              <w:jc w:val="center"/>
            </w:pPr>
            <w:r>
              <w:rPr>
                <w:color w:val="0000FF"/>
                <w:sz w:val="12"/>
              </w:rPr>
              <w:t>TUR337 Turist Rehberliği ve Meslek Etiği</w:t>
            </w:r>
            <w:r>
              <w:rPr>
                <w:color w:val="0000FF"/>
                <w:sz w:val="12"/>
              </w:rPr>
              <w:br/>
              <w:t>Yurdanur Yumuk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88FF6" w14:textId="77777777" w:rsidR="00450FE8" w:rsidRDefault="008362FE">
            <w:pPr>
              <w:jc w:val="center"/>
            </w:pPr>
            <w:r>
              <w:rPr>
                <w:color w:val="008000"/>
                <w:sz w:val="12"/>
              </w:rPr>
              <w:t>TUR233 Anadolu ve Türk Mitolojisi</w:t>
            </w:r>
            <w:r>
              <w:rPr>
                <w:color w:val="008000"/>
                <w:sz w:val="12"/>
              </w:rPr>
              <w:br/>
              <w:t>Fahri Dağı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7C7F3" w14:textId="77777777" w:rsidR="00450FE8" w:rsidRDefault="008362FE">
            <w:pPr>
              <w:jc w:val="center"/>
            </w:pPr>
            <w:r>
              <w:rPr>
                <w:color w:val="FF0000"/>
                <w:sz w:val="12"/>
              </w:rPr>
              <w:t>TUR433 Çince V</w:t>
            </w:r>
            <w:r>
              <w:rPr>
                <w:color w:val="FF0000"/>
                <w:sz w:val="12"/>
              </w:rPr>
              <w:br/>
              <w:t>Serra Nur Yıldırım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EB196" w14:textId="0E7F3054" w:rsidR="00450FE8" w:rsidRDefault="00450FE8">
            <w:pPr>
              <w:jc w:val="center"/>
            </w:pPr>
          </w:p>
        </w:tc>
      </w:tr>
      <w:tr w:rsidR="00450FE8" w14:paraId="690EAE37" w14:textId="77777777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73701" w14:textId="77777777" w:rsidR="00450FE8" w:rsidRDefault="008362FE">
            <w:pPr>
              <w:jc w:val="center"/>
            </w:pPr>
            <w:r>
              <w:rPr>
                <w:b/>
                <w:sz w:val="14"/>
              </w:rPr>
              <w:t>08:50-09:30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5FE5A" w14:textId="77777777" w:rsidR="00450FE8" w:rsidRDefault="008362FE">
            <w:pPr>
              <w:jc w:val="center"/>
            </w:pPr>
            <w:r>
              <w:rPr>
                <w:color w:val="008000"/>
                <w:sz w:val="12"/>
              </w:rPr>
              <w:t>TUR235 Arkeoloji I</w:t>
            </w:r>
            <w:r>
              <w:rPr>
                <w:color w:val="008000"/>
                <w:sz w:val="12"/>
              </w:rPr>
              <w:br/>
              <w:t>Durmuş Gür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B8621" w14:textId="77777777" w:rsidR="00450FE8" w:rsidRDefault="008362FE">
            <w:pPr>
              <w:jc w:val="center"/>
            </w:pPr>
            <w:r>
              <w:rPr>
                <w:color w:val="0000FF"/>
                <w:sz w:val="12"/>
              </w:rPr>
              <w:t>TUR337 Turist Rehberliği ve Meslek Etiği</w:t>
            </w:r>
            <w:r>
              <w:rPr>
                <w:color w:val="0000FF"/>
                <w:sz w:val="12"/>
              </w:rPr>
              <w:br/>
              <w:t>Yurdanur Yumuk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58C1C" w14:textId="77777777" w:rsidR="00450FE8" w:rsidRDefault="008362FE">
            <w:pPr>
              <w:jc w:val="center"/>
            </w:pPr>
            <w:r>
              <w:rPr>
                <w:color w:val="008000"/>
                <w:sz w:val="12"/>
              </w:rPr>
              <w:t>TUR233 Anadolu ve Türk Mitolojisi</w:t>
            </w:r>
            <w:r>
              <w:rPr>
                <w:color w:val="008000"/>
                <w:sz w:val="12"/>
              </w:rPr>
              <w:br/>
              <w:t>Fahri Dağı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CEC21" w14:textId="77777777" w:rsidR="00450FE8" w:rsidRDefault="008362FE">
            <w:pPr>
              <w:jc w:val="center"/>
            </w:pPr>
            <w:r>
              <w:rPr>
                <w:color w:val="FF0000"/>
                <w:sz w:val="12"/>
              </w:rPr>
              <w:t>TUR433 Çince V</w:t>
            </w:r>
            <w:r>
              <w:rPr>
                <w:color w:val="FF0000"/>
                <w:sz w:val="12"/>
              </w:rPr>
              <w:br/>
              <w:t>Serra Nur Yıldırım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BA5A5" w14:textId="77777777" w:rsidR="00450FE8" w:rsidRDefault="008362FE">
            <w:pPr>
              <w:jc w:val="center"/>
            </w:pPr>
            <w:r>
              <w:rPr>
                <w:color w:val="000000"/>
                <w:sz w:val="12"/>
              </w:rPr>
              <w:t>TUR121 İngilizce I</w:t>
            </w:r>
            <w:r>
              <w:rPr>
                <w:color w:val="000000"/>
                <w:sz w:val="12"/>
              </w:rPr>
              <w:br/>
              <w:t>Sinan Hoca</w:t>
            </w:r>
          </w:p>
        </w:tc>
      </w:tr>
      <w:tr w:rsidR="00450FE8" w14:paraId="11390308" w14:textId="77777777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E56CF" w14:textId="77777777" w:rsidR="00450FE8" w:rsidRDefault="008362FE">
            <w:pPr>
              <w:jc w:val="center"/>
            </w:pPr>
            <w:r>
              <w:rPr>
                <w:b/>
                <w:sz w:val="14"/>
              </w:rPr>
              <w:t>09:40-10:20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53371" w14:textId="77777777" w:rsidR="00450FE8" w:rsidRDefault="008362FE">
            <w:pPr>
              <w:jc w:val="center"/>
            </w:pPr>
            <w:r>
              <w:rPr>
                <w:color w:val="0000FF"/>
                <w:sz w:val="12"/>
              </w:rPr>
              <w:t>TUR353 Batı Karadeniz Rehberliği</w:t>
            </w:r>
            <w:r>
              <w:rPr>
                <w:color w:val="0000FF"/>
                <w:sz w:val="12"/>
              </w:rPr>
              <w:br/>
              <w:t>Yurdanur Yumuk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353CA" w14:textId="77777777" w:rsidR="00450FE8" w:rsidRDefault="008362FE">
            <w:pPr>
              <w:jc w:val="center"/>
            </w:pPr>
            <w:r>
              <w:rPr>
                <w:color w:val="0000FF"/>
                <w:sz w:val="12"/>
              </w:rPr>
              <w:t>TUR333 Anadolu El Sanatları I</w:t>
            </w:r>
            <w:r>
              <w:rPr>
                <w:color w:val="0000FF"/>
                <w:sz w:val="12"/>
              </w:rPr>
              <w:br/>
              <w:t>Fahri Dağı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228C6" w14:textId="77777777" w:rsidR="00450FE8" w:rsidRDefault="008362FE">
            <w:pPr>
              <w:jc w:val="center"/>
            </w:pPr>
            <w:r>
              <w:rPr>
                <w:color w:val="000000"/>
                <w:sz w:val="12"/>
              </w:rPr>
              <w:t>TUR117 Halk Anlatıları ve Anlatıcılığı I</w:t>
            </w:r>
            <w:r>
              <w:rPr>
                <w:color w:val="000000"/>
                <w:sz w:val="12"/>
              </w:rPr>
              <w:br/>
              <w:t>Fahri Dağı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31D35" w14:textId="77777777" w:rsidR="00450FE8" w:rsidRDefault="008362FE">
            <w:pPr>
              <w:jc w:val="center"/>
            </w:pPr>
            <w:r>
              <w:rPr>
                <w:color w:val="FF0000"/>
                <w:sz w:val="12"/>
              </w:rPr>
              <w:t>TUR433 Çince V</w:t>
            </w:r>
            <w:r>
              <w:rPr>
                <w:color w:val="FF0000"/>
                <w:sz w:val="12"/>
              </w:rPr>
              <w:br/>
              <w:t>Serra Nur Yıldırım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43598" w14:textId="77777777" w:rsidR="00450FE8" w:rsidRDefault="008362FE">
            <w:pPr>
              <w:jc w:val="center"/>
            </w:pPr>
            <w:r>
              <w:rPr>
                <w:color w:val="000000"/>
                <w:sz w:val="12"/>
              </w:rPr>
              <w:t>TUR121 İngilizce I</w:t>
            </w:r>
            <w:r>
              <w:rPr>
                <w:color w:val="000000"/>
                <w:sz w:val="12"/>
              </w:rPr>
              <w:br/>
              <w:t>Sinan Hoca</w:t>
            </w:r>
          </w:p>
        </w:tc>
      </w:tr>
      <w:tr w:rsidR="00450FE8" w14:paraId="3DE34FF5" w14:textId="77777777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5F24B" w14:textId="77777777" w:rsidR="00450FE8" w:rsidRDefault="008362FE">
            <w:pPr>
              <w:jc w:val="center"/>
            </w:pPr>
            <w:r>
              <w:rPr>
                <w:b/>
                <w:sz w:val="14"/>
              </w:rPr>
              <w:t>10:30-11:10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CFD6A" w14:textId="77777777" w:rsidR="00450FE8" w:rsidRDefault="008362FE">
            <w:pPr>
              <w:jc w:val="center"/>
            </w:pPr>
            <w:r>
              <w:rPr>
                <w:color w:val="0000FF"/>
                <w:sz w:val="12"/>
              </w:rPr>
              <w:t>TUR353 Batı Karadeniz Rehberliği</w:t>
            </w:r>
            <w:r>
              <w:rPr>
                <w:color w:val="0000FF"/>
                <w:sz w:val="12"/>
              </w:rPr>
              <w:br/>
              <w:t>Yurdanur Yumuk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2A100" w14:textId="77777777" w:rsidR="00450FE8" w:rsidRDefault="008362FE">
            <w:pPr>
              <w:jc w:val="center"/>
            </w:pPr>
            <w:r>
              <w:rPr>
                <w:color w:val="0000FF"/>
                <w:sz w:val="12"/>
              </w:rPr>
              <w:t>TUR333 Anadolu El Sanatları I</w:t>
            </w:r>
            <w:r>
              <w:rPr>
                <w:color w:val="0000FF"/>
                <w:sz w:val="12"/>
              </w:rPr>
              <w:br/>
              <w:t>Fahri Dağı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76082" w14:textId="77777777" w:rsidR="00450FE8" w:rsidRDefault="008362FE">
            <w:pPr>
              <w:jc w:val="center"/>
            </w:pPr>
            <w:r>
              <w:rPr>
                <w:color w:val="000000"/>
                <w:sz w:val="12"/>
              </w:rPr>
              <w:t>TUR117 Halk Anlatıları ve Anlatıcılığı I</w:t>
            </w:r>
            <w:r>
              <w:rPr>
                <w:color w:val="000000"/>
                <w:sz w:val="12"/>
              </w:rPr>
              <w:br/>
              <w:t>Fahri Dağı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E1719" w14:textId="77777777" w:rsidR="00450FE8" w:rsidRDefault="008362FE">
            <w:pPr>
              <w:jc w:val="center"/>
            </w:pPr>
            <w:r>
              <w:rPr>
                <w:color w:val="FF0000"/>
                <w:sz w:val="12"/>
              </w:rPr>
              <w:t>TUR433 Çince V</w:t>
            </w:r>
            <w:r>
              <w:rPr>
                <w:color w:val="FF0000"/>
                <w:sz w:val="12"/>
              </w:rPr>
              <w:br/>
              <w:t>Serra Nur Yıldırım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8D294" w14:textId="77777777" w:rsidR="00450FE8" w:rsidRDefault="008362FE">
            <w:pPr>
              <w:jc w:val="center"/>
            </w:pPr>
            <w:r>
              <w:rPr>
                <w:color w:val="000000"/>
                <w:sz w:val="12"/>
              </w:rPr>
              <w:t>TUR121 İngilizce I</w:t>
            </w:r>
            <w:r>
              <w:rPr>
                <w:color w:val="000000"/>
                <w:sz w:val="12"/>
              </w:rPr>
              <w:br/>
              <w:t>Sinan Hoca</w:t>
            </w:r>
          </w:p>
        </w:tc>
      </w:tr>
      <w:tr w:rsidR="00450FE8" w14:paraId="5052AF72" w14:textId="77777777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F474A" w14:textId="77777777" w:rsidR="00450FE8" w:rsidRDefault="008362FE">
            <w:pPr>
              <w:jc w:val="center"/>
            </w:pPr>
            <w:r>
              <w:rPr>
                <w:b/>
                <w:sz w:val="14"/>
              </w:rPr>
              <w:t>11:20-12:00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EC131" w14:textId="77777777" w:rsidR="00450FE8" w:rsidRDefault="008362FE">
            <w:pPr>
              <w:jc w:val="center"/>
            </w:pPr>
            <w:r>
              <w:rPr>
                <w:color w:val="008000"/>
                <w:sz w:val="12"/>
              </w:rPr>
              <w:t>TUR207 Sanat Tarihi I</w:t>
            </w:r>
            <w:r>
              <w:rPr>
                <w:color w:val="008000"/>
                <w:sz w:val="12"/>
              </w:rPr>
              <w:br/>
              <w:t>Yurdanur Yumuk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65070" w14:textId="77777777" w:rsidR="00450FE8" w:rsidRDefault="008362FE">
            <w:pPr>
              <w:jc w:val="center"/>
            </w:pPr>
            <w:r>
              <w:rPr>
                <w:color w:val="FF0000"/>
                <w:sz w:val="12"/>
              </w:rPr>
              <w:t>TUR439 Yapay Zeka ve Turist Rehberliği</w:t>
            </w:r>
            <w:r>
              <w:rPr>
                <w:color w:val="FF0000"/>
                <w:sz w:val="12"/>
              </w:rPr>
              <w:br/>
              <w:t>Ayşe Kurtlu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8B826" w14:textId="77777777" w:rsidR="00450FE8" w:rsidRDefault="008362FE">
            <w:pPr>
              <w:jc w:val="center"/>
            </w:pPr>
            <w:r>
              <w:rPr>
                <w:color w:val="0000FF"/>
                <w:sz w:val="12"/>
              </w:rPr>
              <w:t>TUR331 İkonografi</w:t>
            </w:r>
            <w:r>
              <w:rPr>
                <w:color w:val="0000FF"/>
                <w:sz w:val="12"/>
              </w:rPr>
              <w:br/>
              <w:t>Ayşe Kurtlu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D4D04" w14:textId="77777777" w:rsidR="00450FE8" w:rsidRDefault="00450FE8">
            <w:pPr>
              <w:jc w:val="center"/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069AC" w14:textId="406DC5FB" w:rsidR="00450FE8" w:rsidRDefault="00774063">
            <w:pPr>
              <w:jc w:val="center"/>
            </w:pPr>
            <w:r>
              <w:rPr>
                <w:color w:val="000000"/>
                <w:sz w:val="12"/>
              </w:rPr>
              <w:t xml:space="preserve">TUR121 </w:t>
            </w:r>
            <w:proofErr w:type="spellStart"/>
            <w:r>
              <w:rPr>
                <w:color w:val="000000"/>
                <w:sz w:val="12"/>
              </w:rPr>
              <w:t>İngilizce</w:t>
            </w:r>
            <w:proofErr w:type="spellEnd"/>
            <w:r>
              <w:rPr>
                <w:color w:val="000000"/>
                <w:sz w:val="12"/>
              </w:rPr>
              <w:t xml:space="preserve"> I</w:t>
            </w:r>
            <w:r>
              <w:rPr>
                <w:color w:val="000000"/>
                <w:sz w:val="12"/>
              </w:rPr>
              <w:br/>
              <w:t xml:space="preserve">Sinan </w:t>
            </w:r>
            <w:proofErr w:type="spellStart"/>
            <w:r>
              <w:rPr>
                <w:color w:val="000000"/>
                <w:sz w:val="12"/>
              </w:rPr>
              <w:t>Hoca</w:t>
            </w:r>
            <w:proofErr w:type="spellEnd"/>
          </w:p>
        </w:tc>
      </w:tr>
      <w:tr w:rsidR="00450FE8" w14:paraId="523DBCAB" w14:textId="77777777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17897" w14:textId="77777777" w:rsidR="00450FE8" w:rsidRDefault="008362FE">
            <w:pPr>
              <w:jc w:val="center"/>
            </w:pPr>
            <w:r>
              <w:rPr>
                <w:b/>
                <w:sz w:val="14"/>
              </w:rPr>
              <w:t>12:10-12:50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BF9F9" w14:textId="77777777" w:rsidR="00450FE8" w:rsidRDefault="008362FE">
            <w:pPr>
              <w:jc w:val="center"/>
            </w:pPr>
            <w:r>
              <w:rPr>
                <w:color w:val="008000"/>
                <w:sz w:val="12"/>
              </w:rPr>
              <w:t>TUR207 Sanat Tarihi I</w:t>
            </w:r>
            <w:r>
              <w:rPr>
                <w:color w:val="008000"/>
                <w:sz w:val="12"/>
              </w:rPr>
              <w:br/>
              <w:t>Yurdanur Yumuk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17303" w14:textId="77777777" w:rsidR="00450FE8" w:rsidRDefault="008362FE">
            <w:pPr>
              <w:jc w:val="center"/>
            </w:pPr>
            <w:r>
              <w:rPr>
                <w:color w:val="FF0000"/>
                <w:sz w:val="12"/>
              </w:rPr>
              <w:t>TUR439 Yapay Zeka ve Turist Rehberliği</w:t>
            </w:r>
            <w:r>
              <w:rPr>
                <w:color w:val="FF0000"/>
                <w:sz w:val="12"/>
              </w:rPr>
              <w:br/>
              <w:t>Ayşe Kurtlu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624B7" w14:textId="77777777" w:rsidR="00450FE8" w:rsidRDefault="008362FE">
            <w:pPr>
              <w:jc w:val="center"/>
            </w:pPr>
            <w:r>
              <w:rPr>
                <w:color w:val="0000FF"/>
                <w:sz w:val="12"/>
              </w:rPr>
              <w:t>TUR331 İkonografi</w:t>
            </w:r>
            <w:r>
              <w:rPr>
                <w:color w:val="0000FF"/>
                <w:sz w:val="12"/>
              </w:rPr>
              <w:br/>
              <w:t>Ayşe Kurtlu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B462B" w14:textId="77777777" w:rsidR="00450FE8" w:rsidRDefault="008362FE">
            <w:pPr>
              <w:jc w:val="center"/>
            </w:pPr>
            <w:r>
              <w:rPr>
                <w:color w:val="FF0000"/>
                <w:sz w:val="12"/>
              </w:rPr>
              <w:t>TUR425 İngilizce VII</w:t>
            </w:r>
            <w:r>
              <w:rPr>
                <w:color w:val="FF0000"/>
                <w:sz w:val="12"/>
              </w:rPr>
              <w:br/>
              <w:t>Ahmet Topbaş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F9041" w14:textId="13FFC3B9" w:rsidR="00450FE8" w:rsidRDefault="00450FE8">
            <w:pPr>
              <w:jc w:val="center"/>
            </w:pPr>
          </w:p>
        </w:tc>
      </w:tr>
      <w:tr w:rsidR="00450FE8" w14:paraId="157D22B4" w14:textId="77777777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BC8A9" w14:textId="77777777" w:rsidR="00450FE8" w:rsidRDefault="008362FE">
            <w:pPr>
              <w:jc w:val="center"/>
            </w:pPr>
            <w:r>
              <w:rPr>
                <w:b/>
                <w:sz w:val="14"/>
              </w:rPr>
              <w:t>13:00-13:40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DBB63" w14:textId="77777777" w:rsidR="00450FE8" w:rsidRDefault="008362FE">
            <w:pPr>
              <w:jc w:val="center"/>
            </w:pPr>
            <w:r>
              <w:rPr>
                <w:color w:val="000000"/>
                <w:sz w:val="12"/>
              </w:rPr>
              <w:t>TUR113 Genel Turizm</w:t>
            </w:r>
            <w:r>
              <w:rPr>
                <w:color w:val="000000"/>
                <w:sz w:val="12"/>
              </w:rPr>
              <w:br/>
              <w:t>Yurdanur Yumuk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A7D17" w14:textId="77777777" w:rsidR="00450FE8" w:rsidRDefault="008362FE">
            <w:pPr>
              <w:jc w:val="center"/>
            </w:pPr>
            <w:r>
              <w:rPr>
                <w:color w:val="000000"/>
                <w:sz w:val="12"/>
              </w:rPr>
              <w:t>TUR115 Genel Muhasebe</w:t>
            </w:r>
            <w:r>
              <w:rPr>
                <w:color w:val="000000"/>
                <w:sz w:val="12"/>
              </w:rPr>
              <w:br/>
              <w:t>Ayşe Kurtlu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D90B4" w14:textId="77777777" w:rsidR="00450FE8" w:rsidRDefault="008362FE">
            <w:pPr>
              <w:jc w:val="center"/>
            </w:pPr>
            <w:r>
              <w:rPr>
                <w:color w:val="0000FF"/>
                <w:sz w:val="12"/>
              </w:rPr>
              <w:t>TUR331 İkonografi</w:t>
            </w:r>
            <w:r>
              <w:rPr>
                <w:color w:val="0000FF"/>
                <w:sz w:val="12"/>
              </w:rPr>
              <w:br/>
              <w:t>Ayşe Kurtlu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52FD1" w14:textId="77777777" w:rsidR="00450FE8" w:rsidRDefault="008362FE">
            <w:pPr>
              <w:jc w:val="center"/>
            </w:pPr>
            <w:r>
              <w:rPr>
                <w:color w:val="FF0000"/>
                <w:sz w:val="12"/>
              </w:rPr>
              <w:t>TUR425 İngilizce VII</w:t>
            </w:r>
            <w:r>
              <w:rPr>
                <w:color w:val="FF0000"/>
                <w:sz w:val="12"/>
              </w:rPr>
              <w:br/>
              <w:t>Ahmet Topbaş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84A75" w14:textId="77777777" w:rsidR="00450FE8" w:rsidRDefault="008362FE">
            <w:pPr>
              <w:jc w:val="center"/>
            </w:pPr>
            <w:r>
              <w:rPr>
                <w:color w:val="000000"/>
                <w:sz w:val="12"/>
              </w:rPr>
              <w:t>TUR125 Genel İşletme</w:t>
            </w:r>
            <w:r>
              <w:rPr>
                <w:color w:val="000000"/>
                <w:sz w:val="12"/>
              </w:rPr>
              <w:br/>
              <w:t>Hasan Özdemir</w:t>
            </w:r>
          </w:p>
        </w:tc>
      </w:tr>
      <w:tr w:rsidR="00450FE8" w14:paraId="661BF65A" w14:textId="77777777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90FB4" w14:textId="77777777" w:rsidR="00450FE8" w:rsidRDefault="008362FE">
            <w:pPr>
              <w:jc w:val="center"/>
            </w:pPr>
            <w:r>
              <w:rPr>
                <w:b/>
                <w:sz w:val="14"/>
              </w:rPr>
              <w:t>13:50-14:30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C750E" w14:textId="77777777" w:rsidR="00450FE8" w:rsidRDefault="008362FE">
            <w:pPr>
              <w:jc w:val="center"/>
            </w:pPr>
            <w:r>
              <w:rPr>
                <w:color w:val="000000"/>
                <w:sz w:val="12"/>
              </w:rPr>
              <w:t>TUR113 Genel Turizm</w:t>
            </w:r>
            <w:r>
              <w:rPr>
                <w:color w:val="000000"/>
                <w:sz w:val="12"/>
              </w:rPr>
              <w:br/>
              <w:t>Yurdanur Yumuk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A647" w14:textId="77777777" w:rsidR="00450FE8" w:rsidRDefault="008362FE">
            <w:pPr>
              <w:jc w:val="center"/>
            </w:pPr>
            <w:r>
              <w:rPr>
                <w:color w:val="000000"/>
                <w:sz w:val="12"/>
              </w:rPr>
              <w:t>TUR115 Genel Muhasebe</w:t>
            </w:r>
            <w:r>
              <w:rPr>
                <w:color w:val="000000"/>
                <w:sz w:val="12"/>
              </w:rPr>
              <w:br/>
              <w:t>Ayşe Kurtlu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EC5EF" w14:textId="77777777" w:rsidR="00450FE8" w:rsidRDefault="008362FE">
            <w:pPr>
              <w:jc w:val="center"/>
            </w:pPr>
            <w:r>
              <w:rPr>
                <w:color w:val="0000FF"/>
                <w:sz w:val="12"/>
              </w:rPr>
              <w:t>TUR345 Çince III</w:t>
            </w:r>
            <w:r>
              <w:rPr>
                <w:color w:val="0000FF"/>
                <w:sz w:val="12"/>
              </w:rPr>
              <w:br/>
              <w:t>Serra Nur Yıldırım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C615B" w14:textId="77777777" w:rsidR="00450FE8" w:rsidRDefault="008362FE">
            <w:pPr>
              <w:jc w:val="center"/>
            </w:pPr>
            <w:r>
              <w:rPr>
                <w:color w:val="FF0000"/>
                <w:sz w:val="12"/>
              </w:rPr>
              <w:t>TUR425 İngilizce VII</w:t>
            </w:r>
            <w:r>
              <w:rPr>
                <w:color w:val="FF0000"/>
                <w:sz w:val="12"/>
              </w:rPr>
              <w:br/>
              <w:t>Ahmet Topbaş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F9961" w14:textId="77777777" w:rsidR="00450FE8" w:rsidRDefault="008362FE">
            <w:pPr>
              <w:jc w:val="center"/>
            </w:pPr>
            <w:r>
              <w:rPr>
                <w:color w:val="000000"/>
                <w:sz w:val="12"/>
              </w:rPr>
              <w:t>TUR125 Genel İşletme</w:t>
            </w:r>
            <w:r>
              <w:rPr>
                <w:color w:val="000000"/>
                <w:sz w:val="12"/>
              </w:rPr>
              <w:br/>
              <w:t>Hasan Özdemir</w:t>
            </w:r>
          </w:p>
        </w:tc>
      </w:tr>
      <w:tr w:rsidR="00450FE8" w14:paraId="5B6129D0" w14:textId="77777777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6CBE9" w14:textId="77777777" w:rsidR="00450FE8" w:rsidRDefault="008362FE">
            <w:pPr>
              <w:jc w:val="center"/>
            </w:pPr>
            <w:r>
              <w:rPr>
                <w:b/>
                <w:sz w:val="14"/>
              </w:rPr>
              <w:t>14:40-15:20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99518" w14:textId="77777777" w:rsidR="00450FE8" w:rsidRDefault="008362FE">
            <w:pPr>
              <w:jc w:val="center"/>
            </w:pPr>
            <w:r>
              <w:rPr>
                <w:color w:val="000000"/>
                <w:sz w:val="12"/>
              </w:rPr>
              <w:t>TUR113 Genel Turizm</w:t>
            </w:r>
            <w:r>
              <w:rPr>
                <w:color w:val="000000"/>
                <w:sz w:val="12"/>
              </w:rPr>
              <w:br/>
              <w:t>Yurdanur Yumuk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97F54" w14:textId="77777777" w:rsidR="00450FE8" w:rsidRDefault="008362FE">
            <w:pPr>
              <w:jc w:val="center"/>
            </w:pPr>
            <w:r>
              <w:rPr>
                <w:color w:val="000000"/>
                <w:sz w:val="12"/>
              </w:rPr>
              <w:t>TUR115 Genel Muhasebe</w:t>
            </w:r>
            <w:r>
              <w:rPr>
                <w:color w:val="000000"/>
                <w:sz w:val="12"/>
              </w:rPr>
              <w:br/>
              <w:t>Ayşe Kurtlu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6898B" w14:textId="77777777" w:rsidR="00450FE8" w:rsidRDefault="008362FE">
            <w:pPr>
              <w:jc w:val="center"/>
            </w:pPr>
            <w:r>
              <w:rPr>
                <w:color w:val="0000FF"/>
                <w:sz w:val="12"/>
              </w:rPr>
              <w:t>TUR345 Çince III</w:t>
            </w:r>
            <w:r>
              <w:rPr>
                <w:color w:val="0000FF"/>
                <w:sz w:val="12"/>
              </w:rPr>
              <w:br/>
              <w:t>Serra Nur Yıldırım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74CAD" w14:textId="77777777" w:rsidR="00450FE8" w:rsidRDefault="008362FE">
            <w:pPr>
              <w:jc w:val="center"/>
            </w:pPr>
            <w:r>
              <w:rPr>
                <w:color w:val="FF0000"/>
                <w:sz w:val="12"/>
              </w:rPr>
              <w:t>TUR425 İngilizce VII</w:t>
            </w:r>
            <w:r>
              <w:rPr>
                <w:color w:val="FF0000"/>
                <w:sz w:val="12"/>
              </w:rPr>
              <w:br/>
              <w:t>Ahmet Topbaş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53EA6" w14:textId="560441E2" w:rsidR="00450FE8" w:rsidRDefault="00774063">
            <w:pPr>
              <w:jc w:val="center"/>
            </w:pPr>
            <w:r>
              <w:rPr>
                <w:color w:val="000000"/>
                <w:sz w:val="12"/>
              </w:rPr>
              <w:t xml:space="preserve">TUR125 Genel </w:t>
            </w:r>
            <w:proofErr w:type="spellStart"/>
            <w:r>
              <w:rPr>
                <w:color w:val="000000"/>
                <w:sz w:val="12"/>
              </w:rPr>
              <w:t>İşletme</w:t>
            </w:r>
            <w:proofErr w:type="spellEnd"/>
            <w:r>
              <w:rPr>
                <w:color w:val="000000"/>
                <w:sz w:val="12"/>
              </w:rPr>
              <w:br/>
              <w:t>Hasan Özdemir</w:t>
            </w:r>
          </w:p>
        </w:tc>
      </w:tr>
      <w:tr w:rsidR="007C36E0" w14:paraId="7AF6905A" w14:textId="77777777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E03A7" w14:textId="77777777" w:rsidR="007C36E0" w:rsidRDefault="007C36E0" w:rsidP="007C36E0">
            <w:pPr>
              <w:jc w:val="center"/>
            </w:pPr>
            <w:r>
              <w:rPr>
                <w:b/>
                <w:sz w:val="14"/>
              </w:rPr>
              <w:t>15:30-16:10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EF782" w14:textId="1BE7FDEC" w:rsidR="007C36E0" w:rsidRDefault="007C36E0" w:rsidP="007C36E0">
            <w:pPr>
              <w:jc w:val="center"/>
            </w:pPr>
            <w:r>
              <w:rPr>
                <w:color w:val="008000"/>
                <w:sz w:val="12"/>
              </w:rPr>
              <w:t xml:space="preserve">TUR249 </w:t>
            </w:r>
            <w:proofErr w:type="spellStart"/>
            <w:r>
              <w:rPr>
                <w:color w:val="008000"/>
                <w:sz w:val="12"/>
              </w:rPr>
              <w:t>Alternatif</w:t>
            </w:r>
            <w:proofErr w:type="spellEnd"/>
            <w:r>
              <w:rPr>
                <w:color w:val="008000"/>
                <w:sz w:val="12"/>
              </w:rPr>
              <w:t xml:space="preserve"> </w:t>
            </w:r>
            <w:proofErr w:type="spellStart"/>
            <w:r>
              <w:rPr>
                <w:color w:val="008000"/>
                <w:sz w:val="12"/>
              </w:rPr>
              <w:t>Turizm</w:t>
            </w:r>
            <w:proofErr w:type="spellEnd"/>
            <w:r>
              <w:rPr>
                <w:color w:val="008000"/>
                <w:sz w:val="12"/>
              </w:rPr>
              <w:t xml:space="preserve"> </w:t>
            </w:r>
            <w:proofErr w:type="spellStart"/>
            <w:r>
              <w:rPr>
                <w:color w:val="008000"/>
                <w:sz w:val="12"/>
              </w:rPr>
              <w:t>Hareketleri</w:t>
            </w:r>
            <w:proofErr w:type="spellEnd"/>
            <w:r>
              <w:rPr>
                <w:color w:val="008000"/>
                <w:sz w:val="12"/>
              </w:rPr>
              <w:br/>
              <w:t xml:space="preserve">Yurdanur </w:t>
            </w:r>
            <w:proofErr w:type="spellStart"/>
            <w:r>
              <w:rPr>
                <w:color w:val="008000"/>
                <w:sz w:val="12"/>
              </w:rPr>
              <w:t>Yumuk</w:t>
            </w:r>
            <w:proofErr w:type="spellEnd"/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A07E6" w14:textId="77777777" w:rsidR="007C36E0" w:rsidRDefault="007C36E0" w:rsidP="007C36E0">
            <w:pPr>
              <w:jc w:val="center"/>
            </w:pPr>
            <w:r>
              <w:rPr>
                <w:color w:val="008000"/>
                <w:sz w:val="12"/>
              </w:rPr>
              <w:t>TUR257 Müşteri İlişkileri Yönetimi</w:t>
            </w:r>
            <w:r>
              <w:rPr>
                <w:color w:val="008000"/>
                <w:sz w:val="12"/>
              </w:rPr>
              <w:br/>
              <w:t>Umut Kadir Oğuz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DDBF2" w14:textId="77777777" w:rsidR="007C36E0" w:rsidRDefault="007C36E0" w:rsidP="007C36E0">
            <w:pPr>
              <w:jc w:val="center"/>
            </w:pPr>
            <w:r>
              <w:rPr>
                <w:color w:val="0000FF"/>
                <w:sz w:val="12"/>
              </w:rPr>
              <w:t>TUR345 Çince III</w:t>
            </w:r>
            <w:r>
              <w:rPr>
                <w:color w:val="0000FF"/>
                <w:sz w:val="12"/>
              </w:rPr>
              <w:br/>
              <w:t>Serra Nur Yıldırım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BA124" w14:textId="77777777" w:rsidR="007C36E0" w:rsidRDefault="007C36E0" w:rsidP="007C36E0">
            <w:pPr>
              <w:jc w:val="center"/>
            </w:pPr>
            <w:r>
              <w:rPr>
                <w:color w:val="FF0000"/>
                <w:sz w:val="12"/>
              </w:rPr>
              <w:t>TUR443 Sosyal Sorumluluk</w:t>
            </w:r>
            <w:r>
              <w:rPr>
                <w:color w:val="FF0000"/>
                <w:sz w:val="12"/>
              </w:rPr>
              <w:br/>
              <w:t>Cenk Murat Koçoğlu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1ADD5" w14:textId="3D60EE76" w:rsidR="007C36E0" w:rsidRDefault="007C36E0" w:rsidP="007C36E0">
            <w:pPr>
              <w:jc w:val="center"/>
            </w:pPr>
          </w:p>
        </w:tc>
      </w:tr>
      <w:tr w:rsidR="007C36E0" w14:paraId="2910BC22" w14:textId="77777777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CD3F0" w14:textId="77777777" w:rsidR="007C36E0" w:rsidRDefault="007C36E0" w:rsidP="007C36E0">
            <w:pPr>
              <w:jc w:val="center"/>
            </w:pPr>
            <w:r>
              <w:rPr>
                <w:b/>
                <w:sz w:val="14"/>
              </w:rPr>
              <w:t>16:20-16:50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B9925" w14:textId="2E051004" w:rsidR="007C36E0" w:rsidRDefault="007C36E0" w:rsidP="007C36E0">
            <w:pPr>
              <w:jc w:val="center"/>
            </w:pPr>
            <w:r>
              <w:rPr>
                <w:color w:val="008000"/>
                <w:sz w:val="12"/>
              </w:rPr>
              <w:t xml:space="preserve">TUR249 </w:t>
            </w:r>
            <w:proofErr w:type="spellStart"/>
            <w:r>
              <w:rPr>
                <w:color w:val="008000"/>
                <w:sz w:val="12"/>
              </w:rPr>
              <w:t>Alternatif</w:t>
            </w:r>
            <w:proofErr w:type="spellEnd"/>
            <w:r>
              <w:rPr>
                <w:color w:val="008000"/>
                <w:sz w:val="12"/>
              </w:rPr>
              <w:t xml:space="preserve"> </w:t>
            </w:r>
            <w:proofErr w:type="spellStart"/>
            <w:r>
              <w:rPr>
                <w:color w:val="008000"/>
                <w:sz w:val="12"/>
              </w:rPr>
              <w:t>Turizm</w:t>
            </w:r>
            <w:proofErr w:type="spellEnd"/>
            <w:r>
              <w:rPr>
                <w:color w:val="008000"/>
                <w:sz w:val="12"/>
              </w:rPr>
              <w:t xml:space="preserve"> </w:t>
            </w:r>
            <w:proofErr w:type="spellStart"/>
            <w:r>
              <w:rPr>
                <w:color w:val="008000"/>
                <w:sz w:val="12"/>
              </w:rPr>
              <w:t>Hareketleri</w:t>
            </w:r>
            <w:proofErr w:type="spellEnd"/>
            <w:r>
              <w:rPr>
                <w:color w:val="008000"/>
                <w:sz w:val="12"/>
              </w:rPr>
              <w:br/>
              <w:t xml:space="preserve">Yurdanur </w:t>
            </w:r>
            <w:proofErr w:type="spellStart"/>
            <w:r>
              <w:rPr>
                <w:color w:val="008000"/>
                <w:sz w:val="12"/>
              </w:rPr>
              <w:t>Yumuk</w:t>
            </w:r>
            <w:proofErr w:type="spellEnd"/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EFD0E" w14:textId="77777777" w:rsidR="007C36E0" w:rsidRDefault="007C36E0" w:rsidP="007C36E0">
            <w:pPr>
              <w:jc w:val="center"/>
            </w:pPr>
            <w:r>
              <w:rPr>
                <w:color w:val="008000"/>
                <w:sz w:val="12"/>
              </w:rPr>
              <w:t>TUR257 Müşteri İlişkileri Yönetimi</w:t>
            </w:r>
            <w:r>
              <w:rPr>
                <w:color w:val="008000"/>
                <w:sz w:val="12"/>
              </w:rPr>
              <w:br/>
              <w:t>Umut Kadir Oğuz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EC90C" w14:textId="77777777" w:rsidR="007C36E0" w:rsidRDefault="007C36E0" w:rsidP="007C36E0">
            <w:pPr>
              <w:jc w:val="center"/>
            </w:pPr>
            <w:r>
              <w:rPr>
                <w:color w:val="0000FF"/>
                <w:sz w:val="12"/>
              </w:rPr>
              <w:t>TUR345 Çince III</w:t>
            </w:r>
            <w:r>
              <w:rPr>
                <w:color w:val="0000FF"/>
                <w:sz w:val="12"/>
              </w:rPr>
              <w:br/>
              <w:t>Serra Nur Yıldırım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3855C" w14:textId="77777777" w:rsidR="007C36E0" w:rsidRDefault="007C36E0" w:rsidP="007C36E0">
            <w:pPr>
              <w:jc w:val="center"/>
            </w:pPr>
            <w:r>
              <w:rPr>
                <w:color w:val="FF0000"/>
                <w:sz w:val="12"/>
              </w:rPr>
              <w:t>TUR443 Sosyal Sorumluluk</w:t>
            </w:r>
            <w:r>
              <w:rPr>
                <w:color w:val="FF0000"/>
                <w:sz w:val="12"/>
              </w:rPr>
              <w:br/>
              <w:t>Cenk Murat Koçoğlu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FF681" w14:textId="4AA8E78E" w:rsidR="007C36E0" w:rsidRDefault="007C36E0" w:rsidP="007C36E0">
            <w:pPr>
              <w:jc w:val="center"/>
            </w:pPr>
          </w:p>
        </w:tc>
      </w:tr>
    </w:tbl>
    <w:p w14:paraId="020E3534" w14:textId="77777777" w:rsidR="00ED0487" w:rsidRDefault="00ED0487"/>
    <w:sectPr w:rsidR="00ED0487" w:rsidSect="00034616">
      <w:pgSz w:w="15840" w:h="12240" w:orient="landscape"/>
      <w:pgMar w:top="397" w:right="397" w:bottom="397" w:left="3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DAB188E"/>
    <w:multiLevelType w:val="hybridMultilevel"/>
    <w:tmpl w:val="E6389D3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678277">
    <w:abstractNumId w:val="8"/>
  </w:num>
  <w:num w:numId="2" w16cid:durableId="516961850">
    <w:abstractNumId w:val="6"/>
  </w:num>
  <w:num w:numId="3" w16cid:durableId="112329880">
    <w:abstractNumId w:val="5"/>
  </w:num>
  <w:num w:numId="4" w16cid:durableId="1344239184">
    <w:abstractNumId w:val="4"/>
  </w:num>
  <w:num w:numId="5" w16cid:durableId="1125461114">
    <w:abstractNumId w:val="7"/>
  </w:num>
  <w:num w:numId="6" w16cid:durableId="648443168">
    <w:abstractNumId w:val="3"/>
  </w:num>
  <w:num w:numId="7" w16cid:durableId="1255171135">
    <w:abstractNumId w:val="2"/>
  </w:num>
  <w:num w:numId="8" w16cid:durableId="1653832324">
    <w:abstractNumId w:val="1"/>
  </w:num>
  <w:num w:numId="9" w16cid:durableId="1637225174">
    <w:abstractNumId w:val="0"/>
  </w:num>
  <w:num w:numId="10" w16cid:durableId="9508162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E3E2C"/>
    <w:rsid w:val="00303E92"/>
    <w:rsid w:val="00326F90"/>
    <w:rsid w:val="00450FE8"/>
    <w:rsid w:val="00487A51"/>
    <w:rsid w:val="004968B6"/>
    <w:rsid w:val="005F266F"/>
    <w:rsid w:val="006E4A2F"/>
    <w:rsid w:val="00774063"/>
    <w:rsid w:val="007C36E0"/>
    <w:rsid w:val="008362FE"/>
    <w:rsid w:val="009C1BEC"/>
    <w:rsid w:val="00A54BDD"/>
    <w:rsid w:val="00AA1D8D"/>
    <w:rsid w:val="00B47730"/>
    <w:rsid w:val="00BD3C3F"/>
    <w:rsid w:val="00CB0664"/>
    <w:rsid w:val="00ED0487"/>
    <w:rsid w:val="00F52AE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A84FB8"/>
  <w14:defaultImageDpi w14:val="300"/>
  <w15:docId w15:val="{B1A524C8-FDDA-40B5-93FC-71123EBE3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4968B6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968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buzem.karabuk.edu.t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4040</Characters>
  <Application>Microsoft Office Word</Application>
  <DocSecurity>0</DocSecurity>
  <Lines>33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4739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SELCAN Uğuş</cp:lastModifiedBy>
  <cp:revision>2</cp:revision>
  <dcterms:created xsi:type="dcterms:W3CDTF">2026-09-14T07:50:00Z</dcterms:created>
  <dcterms:modified xsi:type="dcterms:W3CDTF">2026-09-14T07:50:00Z</dcterms:modified>
  <cp:category/>
</cp:coreProperties>
</file>